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BF56DC0" w:rsidR="00D41CD1" w:rsidRDefault="00161551" w:rsidP="157F1BF4">
      <w:pPr>
        <w:rPr>
          <w:lang w:val="en-US"/>
        </w:rPr>
      </w:pPr>
      <w:r>
        <w:br/>
      </w:r>
      <w:r w:rsidR="25846931" w:rsidRPr="157F1BF4">
        <w:rPr>
          <w:lang w:val="en-US"/>
        </w:rPr>
        <w:t>[Your Practice Name]</w:t>
      </w:r>
      <w:r>
        <w:br/>
      </w:r>
      <w:r w:rsidR="25846931" w:rsidRPr="157F1BF4">
        <w:rPr>
          <w:lang w:val="en-US"/>
        </w:rPr>
        <w:t>[Address]</w:t>
      </w:r>
      <w:r>
        <w:br/>
      </w:r>
      <w:r w:rsidR="25846931" w:rsidRPr="157F1BF4">
        <w:rPr>
          <w:lang w:val="en-US"/>
        </w:rPr>
        <w:t>[City, State ZIP]</w:t>
      </w:r>
      <w:r>
        <w:br/>
      </w:r>
      <w:r w:rsidR="25846931" w:rsidRPr="157F1BF4">
        <w:rPr>
          <w:lang w:val="en-US"/>
        </w:rPr>
        <w:t>[Phone | Email]</w:t>
      </w:r>
      <w:r>
        <w:br/>
      </w:r>
      <w:r w:rsidR="25846931" w:rsidRPr="157F1BF4">
        <w:rPr>
          <w:lang w:val="en-US"/>
        </w:rPr>
        <w:t>[Date]</w:t>
      </w:r>
      <w:r>
        <w:br/>
      </w:r>
      <w:r>
        <w:br/>
      </w:r>
      <w:r w:rsidR="25846931" w:rsidRPr="157F1BF4">
        <w:rPr>
          <w:lang w:val="en-US"/>
        </w:rPr>
        <w:t>[</w:t>
      </w:r>
      <w:r w:rsidR="00023C78">
        <w:rPr>
          <w:lang w:val="en-US"/>
        </w:rPr>
        <w:t>Clinician</w:t>
      </w:r>
      <w:r w:rsidR="25846931" w:rsidRPr="157F1BF4">
        <w:rPr>
          <w:lang w:val="en-US"/>
        </w:rPr>
        <w:t xml:space="preserve"> Name]</w:t>
      </w:r>
      <w:r>
        <w:br/>
      </w:r>
      <w:r w:rsidR="25846931" w:rsidRPr="157F1BF4">
        <w:rPr>
          <w:lang w:val="en-US"/>
        </w:rPr>
        <w:t>[</w:t>
      </w:r>
      <w:r w:rsidR="00023C78">
        <w:rPr>
          <w:lang w:val="en-US"/>
        </w:rPr>
        <w:t>Clinician</w:t>
      </w:r>
      <w:r w:rsidR="25846931" w:rsidRPr="157F1BF4">
        <w:rPr>
          <w:lang w:val="en-US"/>
        </w:rPr>
        <w:t xml:space="preserve"> Title]</w:t>
      </w:r>
      <w:r>
        <w:br/>
      </w:r>
      <w:r w:rsidR="25846931" w:rsidRPr="157F1BF4">
        <w:rPr>
          <w:lang w:val="en-US"/>
        </w:rPr>
        <w:t>[Practice / Organization]</w:t>
      </w:r>
      <w:r>
        <w:br/>
      </w:r>
      <w:r>
        <w:br/>
      </w:r>
      <w:r w:rsidR="25846931" w:rsidRPr="157F1BF4">
        <w:rPr>
          <w:lang w:val="en-US"/>
        </w:rPr>
        <w:t>Dear [</w:t>
      </w:r>
      <w:r w:rsidR="00023C78">
        <w:rPr>
          <w:lang w:val="en-US"/>
        </w:rPr>
        <w:t>Clinician</w:t>
      </w:r>
      <w:r w:rsidR="25846931" w:rsidRPr="157F1BF4">
        <w:rPr>
          <w:lang w:val="en-US"/>
        </w:rPr>
        <w:t xml:space="preserve"> Name],</w:t>
      </w:r>
      <w:r>
        <w:br/>
      </w:r>
      <w:r>
        <w:br/>
      </w:r>
      <w:r w:rsidR="25846931" w:rsidRPr="157F1BF4">
        <w:rPr>
          <w:lang w:val="en-US"/>
        </w:rPr>
        <w:t>I hope this message finds you well. Our practice is committed to supporting comprehensive hearing health care within our community, and we are reaching out to strengthen collaboration with referring providers like you.</w:t>
      </w:r>
      <w:r>
        <w:br/>
      </w:r>
      <w:r>
        <w:br/>
      </w:r>
      <w:r w:rsidR="25846931" w:rsidRPr="157F1BF4">
        <w:rPr>
          <w:lang w:val="en-US"/>
        </w:rPr>
        <w:t>Hearing health plays a critical role in overall well‑being, with strong evidence linking hearing loss to cognitive decline, depression, fall risk, chronic diseases, and reduced quality of life.</w:t>
      </w:r>
      <w:r>
        <w:br/>
      </w:r>
      <w:r>
        <w:br/>
      </w:r>
      <w:r w:rsidR="25846931" w:rsidRPr="157F1BF4">
        <w:rPr>
          <w:lang w:val="en-US"/>
        </w:rPr>
        <w:t xml:space="preserve">To help support you and your patients, we would like to introduce the </w:t>
      </w:r>
      <w:hyperlink r:id="rId6">
        <w:r w:rsidR="25846931" w:rsidRPr="157F1BF4">
          <w:rPr>
            <w:color w:val="1155CC"/>
            <w:u w:val="single"/>
            <w:lang w:val="en-US"/>
          </w:rPr>
          <w:t>Adult Hearing website</w:t>
        </w:r>
      </w:hyperlink>
      <w:r w:rsidR="00023C78">
        <w:t xml:space="preserve"> (adulthearing.com)</w:t>
      </w:r>
      <w:r w:rsidR="25846931" w:rsidRPr="157F1BF4">
        <w:rPr>
          <w:lang w:val="en-US"/>
        </w:rPr>
        <w:t>—a trusted, unbranded, evidence‑based resource designed for hearing health and referring professionals.</w:t>
      </w:r>
      <w:r>
        <w:br/>
      </w:r>
      <w:r>
        <w:br/>
      </w:r>
      <w:r w:rsidR="25846931" w:rsidRPr="157F1BF4">
        <w:rPr>
          <w:lang w:val="en-US"/>
        </w:rPr>
        <w:t>We encourage you to explore the Adult Hearing website and integrate its tools into your clinical conversations. These resources are designed to enhance patient education, strengthen collaborative care pathways, and support appropriate, timely referrals for hearing evaluations.</w:t>
      </w:r>
      <w:r>
        <w:br/>
      </w:r>
      <w:r>
        <w:br/>
      </w:r>
      <w:r w:rsidR="25846931" w:rsidRPr="157F1BF4">
        <w:rPr>
          <w:lang w:val="en-US"/>
        </w:rPr>
        <w:t>Our practice welcomes the opportunity to partner with you in delivering high‑quality hearing healthcare. Please feel free to reach out to us with any questions or to discuss how we can best collaborate to meet your patients’ hearing health needs.</w:t>
      </w:r>
      <w:r>
        <w:br/>
      </w:r>
      <w:r>
        <w:br/>
      </w:r>
      <w:r w:rsidR="25846931" w:rsidRPr="157F1BF4">
        <w:rPr>
          <w:lang w:val="en-US"/>
        </w:rPr>
        <w:t>Sincerely,</w:t>
      </w:r>
      <w:r>
        <w:br/>
      </w:r>
      <w:r w:rsidR="25846931" w:rsidRPr="157F1BF4">
        <w:rPr>
          <w:lang w:val="en-US"/>
        </w:rPr>
        <w:t>[Your Name]</w:t>
      </w:r>
      <w:r>
        <w:br/>
      </w:r>
      <w:r w:rsidR="25846931" w:rsidRPr="157F1BF4">
        <w:rPr>
          <w:lang w:val="en-US"/>
        </w:rPr>
        <w:t>[Your Title]</w:t>
      </w:r>
      <w:r>
        <w:br/>
      </w:r>
      <w:r w:rsidR="25846931" w:rsidRPr="157F1BF4">
        <w:rPr>
          <w:lang w:val="en-US"/>
        </w:rPr>
        <w:t>[Practice Name]</w:t>
      </w:r>
      <w:r>
        <w:br/>
      </w:r>
    </w:p>
    <w:sectPr w:rsidR="00D41CD1">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65B84D9B-69CF-477F-8B19-BA17FC23EC9F}"/>
    <w:embedBold r:id="rId2" w:fontKey="{DBE8E802-B59F-4333-ADF2-7A158911CBED}"/>
    <w:embedItalic r:id="rId3" w:fontKey="{D11987BF-E39E-4B56-8330-D795A1C57ED5}"/>
    <w:embedBoldItalic r:id="rId4" w:fontKey="{FFDA5F9E-E8D7-4A30-A171-26A365CC026E}"/>
  </w:font>
  <w:font w:name="Calibri">
    <w:panose1 w:val="020F0502020204030204"/>
    <w:charset w:val="00"/>
    <w:family w:val="swiss"/>
    <w:pitch w:val="variable"/>
    <w:sig w:usb0="E4002EFF" w:usb1="C200247B" w:usb2="00000009" w:usb3="00000000" w:csb0="000001FF" w:csb1="00000000"/>
    <w:embedRegular r:id="rId5" w:fontKey="{80CC0916-2BAA-44DC-8A01-0DF88C41510A}"/>
    <w:embedBold r:id="rId6" w:fontKey="{ECF89C9D-0EFC-48F0-830E-ADF668AF77BA}"/>
    <w:embedItalic r:id="rId7" w:fontKey="{137DDC92-01CE-4038-9865-B894E4130B0F}"/>
    <w:embedBoldItalic r:id="rId8" w:fontKey="{DCDBDD8C-2C5C-4E33-9A8A-DDB3026C8929}"/>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0F5478"/>
    <w:multiLevelType w:val="multilevel"/>
    <w:tmpl w:val="FFFFFFFF"/>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73591824">
    <w:abstractNumId w:val="0"/>
  </w:num>
  <w:num w:numId="2" w16cid:durableId="10921183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625747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162572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719256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509699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CD1"/>
    <w:rsid w:val="00023C78"/>
    <w:rsid w:val="00161551"/>
    <w:rsid w:val="0065163B"/>
    <w:rsid w:val="00861014"/>
    <w:rsid w:val="00D41CD1"/>
    <w:rsid w:val="157F1BF4"/>
    <w:rsid w:val="258469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73DB9"/>
  <w15:docId w15:val="{A9FA86EE-3C7F-4579-B4A5-81440F41F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CommentReference">
    <w:name w:val="annotation reference"/>
    <w:basedOn w:val="DefaultParagraphFont"/>
    <w:uiPriority w:val="99"/>
    <w:semiHidden/>
    <w:unhideWhenUsed/>
    <w:rsid w:val="009E22E0"/>
    <w:rPr>
      <w:sz w:val="16"/>
      <w:szCs w:val="16"/>
    </w:rPr>
  </w:style>
  <w:style w:type="paragraph" w:styleId="CommentText">
    <w:name w:val="annotation text"/>
    <w:basedOn w:val="Normal"/>
    <w:link w:val="CommentTextChar"/>
    <w:uiPriority w:val="99"/>
    <w:unhideWhenUsed/>
    <w:rsid w:val="009E22E0"/>
    <w:pPr>
      <w:spacing w:line="240" w:lineRule="auto"/>
    </w:pPr>
    <w:rPr>
      <w:sz w:val="20"/>
      <w:szCs w:val="20"/>
    </w:rPr>
  </w:style>
  <w:style w:type="character" w:customStyle="1" w:styleId="CommentTextChar">
    <w:name w:val="Comment Text Char"/>
    <w:basedOn w:val="DefaultParagraphFont"/>
    <w:link w:val="CommentText"/>
    <w:uiPriority w:val="99"/>
    <w:rsid w:val="009E22E0"/>
    <w:rPr>
      <w:sz w:val="20"/>
      <w:szCs w:val="20"/>
    </w:rPr>
  </w:style>
  <w:style w:type="paragraph" w:styleId="CommentSubject">
    <w:name w:val="annotation subject"/>
    <w:basedOn w:val="CommentText"/>
    <w:next w:val="CommentText"/>
    <w:link w:val="CommentSubjectChar"/>
    <w:uiPriority w:val="99"/>
    <w:semiHidden/>
    <w:unhideWhenUsed/>
    <w:rsid w:val="009E22E0"/>
    <w:rPr>
      <w:b/>
      <w:bCs/>
    </w:rPr>
  </w:style>
  <w:style w:type="character" w:customStyle="1" w:styleId="CommentSubjectChar">
    <w:name w:val="Comment Subject Char"/>
    <w:basedOn w:val="CommentTextChar"/>
    <w:link w:val="CommentSubject"/>
    <w:uiPriority w:val="99"/>
    <w:semiHidden/>
    <w:rsid w:val="009E22E0"/>
    <w:rPr>
      <w:b/>
      <w:bCs/>
      <w:sz w:val="20"/>
      <w:szCs w:val="20"/>
    </w:r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adulthearing.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2MayMpDnjva7xJBptKK6sA+j6w==">CgMxLjA4AHIhMWxRYWl4Z0RLOEw3QlNxRjA5V3hhYU5YVDdlM3V1eEtV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204</Words>
  <Characters>1210</Characters>
  <Application>Microsoft Office Word</Application>
  <DocSecurity>0</DocSecurity>
  <Lines>40</Lines>
  <Paragraphs>11</Paragraphs>
  <ScaleCrop>false</ScaleCrop>
  <Company/>
  <LinksUpToDate>false</LinksUpToDate>
  <CharactersWithSpaces>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Fredrik Breitholtz</cp:lastModifiedBy>
  <cp:revision>2</cp:revision>
  <dcterms:created xsi:type="dcterms:W3CDTF">2026-03-13T14:26:00Z</dcterms:created>
  <dcterms:modified xsi:type="dcterms:W3CDTF">2026-03-13T14:26:00Z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0x010100AB466B6C9562B04285D5F85CA8F2536A</vt:lpwstr>
  </property>
  <property fmtid="{D5CDD505-2E9C-101B-9397-08002B2CF9AE}" pid="3" name="docLang">
    <vt:lpwstr>en</vt:lpwstr>
  </property>
  <property fmtid="{D5CDD505-2E9C-101B-9397-08002B2CF9AE}" pid="4" name="MediaServiceImageTags">
    <vt:lpwstr/>
  </property>
</Properties>
</file>